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AA80E0" w14:textId="77777777" w:rsidR="00D311C3" w:rsidRDefault="00000000">
      <w:pPr>
        <w:pStyle w:val="Title"/>
      </w:pPr>
      <w:r>
        <w:t>Joseph Donkor</w:t>
      </w:r>
    </w:p>
    <w:p w14:paraId="631F122D" w14:textId="77777777" w:rsidR="00D311C3" w:rsidRPr="004679C3" w:rsidRDefault="00000000">
      <w:pPr>
        <w:rPr>
          <w:sz w:val="24"/>
          <w:szCs w:val="24"/>
        </w:rPr>
      </w:pPr>
      <w:r w:rsidRPr="004679C3">
        <w:rPr>
          <w:sz w:val="24"/>
          <w:szCs w:val="24"/>
        </w:rPr>
        <w:t>Address: Y.M Street, Accra, Ghana</w:t>
      </w:r>
    </w:p>
    <w:p w14:paraId="0EB16C93" w14:textId="77777777" w:rsidR="004679C3" w:rsidRDefault="00000000" w:rsidP="004679C3">
      <w:pPr>
        <w:spacing w:line="240" w:lineRule="auto"/>
        <w:rPr>
          <w:sz w:val="24"/>
          <w:szCs w:val="24"/>
        </w:rPr>
      </w:pPr>
      <w:r w:rsidRPr="004679C3">
        <w:rPr>
          <w:sz w:val="24"/>
          <w:szCs w:val="24"/>
        </w:rPr>
        <w:t>Phone: +233 554247000 | Email: kojocreateve@gmail.com |</w:t>
      </w:r>
    </w:p>
    <w:p w14:paraId="3A092B7A" w14:textId="7C66CC1D" w:rsidR="00D311C3" w:rsidRPr="004679C3" w:rsidRDefault="00000000" w:rsidP="004679C3">
      <w:pPr>
        <w:spacing w:line="240" w:lineRule="auto"/>
        <w:rPr>
          <w:sz w:val="24"/>
          <w:szCs w:val="24"/>
        </w:rPr>
      </w:pPr>
      <w:r w:rsidRPr="004679C3">
        <w:rPr>
          <w:sz w:val="24"/>
          <w:szCs w:val="24"/>
        </w:rPr>
        <w:t>Portfolio: www.folio.nsiah.org</w:t>
      </w:r>
    </w:p>
    <w:p w14:paraId="0CD5CD14" w14:textId="77777777" w:rsidR="00D311C3" w:rsidRDefault="00000000">
      <w:pPr>
        <w:pStyle w:val="Heading1"/>
      </w:pPr>
      <w:r>
        <w:t>Personal Statement</w:t>
      </w:r>
    </w:p>
    <w:p w14:paraId="01291F02" w14:textId="77777777" w:rsidR="00D311C3" w:rsidRPr="004679C3" w:rsidRDefault="00000000">
      <w:pPr>
        <w:rPr>
          <w:sz w:val="24"/>
          <w:szCs w:val="24"/>
        </w:rPr>
      </w:pPr>
      <w:r w:rsidRPr="004679C3">
        <w:rPr>
          <w:sz w:val="24"/>
          <w:szCs w:val="24"/>
        </w:rPr>
        <w:t>A dedicated Communication Specialist and UX/UI Designer with over seven years of expertise in creative communication strategies and design. With a strong focus on scientific outreach, I offer a diverse skill set in web design, digital content creation, and project management. I am adept at transforming complex ideas into engaging visual narratives for both digital and print media. My experience in coordinating outreach projects, managing websites, and designing high-quality communication materials positions me well to enhance ECORD's global visibility and outreach efforts.</w:t>
      </w:r>
    </w:p>
    <w:p w14:paraId="21973FAF" w14:textId="77777777" w:rsidR="00D311C3" w:rsidRDefault="00000000">
      <w:pPr>
        <w:pStyle w:val="Heading1"/>
      </w:pPr>
      <w:r>
        <w:t>Professional Experience</w:t>
      </w:r>
    </w:p>
    <w:p w14:paraId="4272D9A4" w14:textId="77777777" w:rsidR="00D311C3" w:rsidRDefault="00000000">
      <w:pPr>
        <w:pStyle w:val="Heading2"/>
      </w:pPr>
      <w:r>
        <w:t>Junior Associate UI/UX Designer</w:t>
      </w:r>
    </w:p>
    <w:p w14:paraId="4B144F58" w14:textId="77777777" w:rsidR="00D311C3" w:rsidRPr="004679C3" w:rsidRDefault="00000000">
      <w:pPr>
        <w:rPr>
          <w:sz w:val="24"/>
          <w:szCs w:val="24"/>
        </w:rPr>
      </w:pPr>
      <w:r w:rsidRPr="004679C3">
        <w:rPr>
          <w:sz w:val="24"/>
          <w:szCs w:val="24"/>
        </w:rPr>
        <w:t>Amalitech, Accra, Ghana | January 2024 – Present</w:t>
      </w:r>
    </w:p>
    <w:p w14:paraId="6534AE32" w14:textId="77777777" w:rsidR="00D311C3" w:rsidRPr="004679C3" w:rsidRDefault="00000000">
      <w:pPr>
        <w:rPr>
          <w:sz w:val="24"/>
          <w:szCs w:val="24"/>
        </w:rPr>
      </w:pPr>
      <w:r w:rsidRPr="004679C3">
        <w:rPr>
          <w:sz w:val="24"/>
          <w:szCs w:val="24"/>
        </w:rPr>
        <w:t>- Designed user-centric interfaces and enhanced overall user experiences through research, wireframes, and prototypes.</w:t>
      </w:r>
      <w:r w:rsidRPr="004679C3">
        <w:rPr>
          <w:sz w:val="24"/>
          <w:szCs w:val="24"/>
        </w:rPr>
        <w:br/>
        <w:t>- Assisted in developing design systems ensuring consistency across multiple projects.</w:t>
      </w:r>
      <w:r w:rsidRPr="004679C3">
        <w:rPr>
          <w:sz w:val="24"/>
          <w:szCs w:val="24"/>
        </w:rPr>
        <w:br/>
        <w:t>- Developed outreach materials and digital media to increase online engagement.</w:t>
      </w:r>
    </w:p>
    <w:p w14:paraId="310B9C17" w14:textId="77777777" w:rsidR="00D311C3" w:rsidRDefault="00000000">
      <w:pPr>
        <w:pStyle w:val="Heading2"/>
      </w:pPr>
      <w:r>
        <w:t>Graphics &amp; Website Lecturer</w:t>
      </w:r>
    </w:p>
    <w:p w14:paraId="256FF5B9" w14:textId="77777777" w:rsidR="00D311C3" w:rsidRPr="004679C3" w:rsidRDefault="00000000">
      <w:pPr>
        <w:rPr>
          <w:sz w:val="24"/>
          <w:szCs w:val="24"/>
        </w:rPr>
      </w:pPr>
      <w:r w:rsidRPr="004679C3">
        <w:rPr>
          <w:sz w:val="24"/>
          <w:szCs w:val="24"/>
        </w:rPr>
        <w:t>Multimedia Institute of Ghana, Accra, Ghana | January 2017 – January 2020</w:t>
      </w:r>
    </w:p>
    <w:p w14:paraId="53328C1A" w14:textId="77777777" w:rsidR="00D311C3" w:rsidRPr="004679C3" w:rsidRDefault="00000000">
      <w:pPr>
        <w:rPr>
          <w:sz w:val="24"/>
          <w:szCs w:val="24"/>
        </w:rPr>
      </w:pPr>
      <w:r w:rsidRPr="004679C3">
        <w:rPr>
          <w:sz w:val="24"/>
          <w:szCs w:val="24"/>
        </w:rPr>
        <w:t>- Developed training plans and taught Graphic Design and Website Development, fostering creativity among students.</w:t>
      </w:r>
      <w:r w:rsidRPr="004679C3">
        <w:rPr>
          <w:sz w:val="24"/>
          <w:szCs w:val="24"/>
        </w:rPr>
        <w:br/>
        <w:t>- Designed promotional materials for the institute’s outreach programs, enhancing the institution's visibility.</w:t>
      </w:r>
    </w:p>
    <w:p w14:paraId="5535AFBD" w14:textId="77777777" w:rsidR="00D311C3" w:rsidRDefault="00000000">
      <w:pPr>
        <w:pStyle w:val="Heading2"/>
      </w:pPr>
      <w:r>
        <w:t>Head of Creative Department (Contract)</w:t>
      </w:r>
    </w:p>
    <w:p w14:paraId="07A3CDE4" w14:textId="77777777" w:rsidR="00D311C3" w:rsidRPr="004679C3" w:rsidRDefault="00000000">
      <w:pPr>
        <w:rPr>
          <w:sz w:val="24"/>
          <w:szCs w:val="24"/>
        </w:rPr>
      </w:pPr>
      <w:r w:rsidRPr="004679C3">
        <w:rPr>
          <w:sz w:val="24"/>
          <w:szCs w:val="24"/>
        </w:rPr>
        <w:t>T.M.G TV, Accra, Ghana | January 2016 – January 2017</w:t>
      </w:r>
    </w:p>
    <w:p w14:paraId="321E4A58" w14:textId="77777777" w:rsidR="00D311C3" w:rsidRPr="004679C3" w:rsidRDefault="00000000">
      <w:pPr>
        <w:rPr>
          <w:sz w:val="24"/>
          <w:szCs w:val="24"/>
        </w:rPr>
      </w:pPr>
      <w:r w:rsidRPr="004679C3">
        <w:rPr>
          <w:sz w:val="24"/>
          <w:szCs w:val="24"/>
        </w:rPr>
        <w:t>- Led a creative team to deliver motion graphics for TV broadcasts and promotional campaigns.</w:t>
      </w:r>
      <w:r w:rsidRPr="004679C3">
        <w:rPr>
          <w:sz w:val="24"/>
          <w:szCs w:val="24"/>
        </w:rPr>
        <w:br/>
        <w:t>- Managed visual branding projects and coordinated digital outreach strategies for a national audience.</w:t>
      </w:r>
    </w:p>
    <w:p w14:paraId="4F16D361" w14:textId="77777777" w:rsidR="00D311C3" w:rsidRDefault="00000000">
      <w:pPr>
        <w:pStyle w:val="Heading2"/>
      </w:pPr>
      <w:r>
        <w:lastRenderedPageBreak/>
        <w:t>Junior Designer</w:t>
      </w:r>
    </w:p>
    <w:p w14:paraId="39B82008" w14:textId="77777777" w:rsidR="00D311C3" w:rsidRPr="004679C3" w:rsidRDefault="00000000">
      <w:pPr>
        <w:rPr>
          <w:sz w:val="24"/>
          <w:szCs w:val="24"/>
        </w:rPr>
      </w:pPr>
      <w:r w:rsidRPr="004679C3">
        <w:rPr>
          <w:sz w:val="24"/>
          <w:szCs w:val="24"/>
        </w:rPr>
        <w:t>Acquimini Digital Solutions, Accra, Ghana | January 2014 – January 2016</w:t>
      </w:r>
    </w:p>
    <w:p w14:paraId="67B1AD0B" w14:textId="77777777" w:rsidR="00D311C3" w:rsidRPr="004679C3" w:rsidRDefault="00000000">
      <w:pPr>
        <w:rPr>
          <w:sz w:val="24"/>
          <w:szCs w:val="24"/>
        </w:rPr>
      </w:pPr>
      <w:r w:rsidRPr="004679C3">
        <w:rPr>
          <w:sz w:val="24"/>
          <w:szCs w:val="24"/>
        </w:rPr>
        <w:t>- Produced marketing materials and digital ads that enhanced brand visibility.</w:t>
      </w:r>
      <w:r w:rsidRPr="004679C3">
        <w:rPr>
          <w:sz w:val="24"/>
          <w:szCs w:val="24"/>
        </w:rPr>
        <w:br/>
        <w:t>- Assisted in the design of digital communication strategies that aligned with corporate outreach goals.</w:t>
      </w:r>
    </w:p>
    <w:p w14:paraId="26486C8B" w14:textId="77777777" w:rsidR="00D311C3" w:rsidRDefault="00000000">
      <w:pPr>
        <w:pStyle w:val="Heading1"/>
      </w:pPr>
      <w:r>
        <w:t>Education &amp; Certifications</w:t>
      </w:r>
    </w:p>
    <w:p w14:paraId="16235710" w14:textId="77777777" w:rsidR="004679C3" w:rsidRPr="004679C3" w:rsidRDefault="00000000">
      <w:pPr>
        <w:rPr>
          <w:sz w:val="24"/>
          <w:szCs w:val="24"/>
        </w:rPr>
      </w:pPr>
      <w:r w:rsidRPr="004679C3">
        <w:rPr>
          <w:sz w:val="24"/>
          <w:szCs w:val="24"/>
        </w:rPr>
        <w:t>- Bachelor of Arts in Communication Design</w:t>
      </w:r>
      <w:r w:rsidRPr="004679C3">
        <w:rPr>
          <w:sz w:val="24"/>
          <w:szCs w:val="24"/>
        </w:rPr>
        <w:br/>
        <w:t>University of Education, Winneba | 2019 – 2023</w:t>
      </w:r>
    </w:p>
    <w:p w14:paraId="0F24ADFB" w14:textId="77777777" w:rsidR="004679C3" w:rsidRPr="004679C3" w:rsidRDefault="00000000">
      <w:pPr>
        <w:rPr>
          <w:sz w:val="24"/>
          <w:szCs w:val="24"/>
        </w:rPr>
      </w:pPr>
      <w:r w:rsidRPr="004679C3">
        <w:rPr>
          <w:sz w:val="12"/>
          <w:szCs w:val="12"/>
        </w:rPr>
        <w:br/>
      </w:r>
      <w:r w:rsidRPr="004679C3">
        <w:rPr>
          <w:sz w:val="24"/>
          <w:szCs w:val="24"/>
        </w:rPr>
        <w:t>- Certificate in Essentials of Project Management</w:t>
      </w:r>
      <w:r w:rsidRPr="004679C3">
        <w:rPr>
          <w:sz w:val="24"/>
          <w:szCs w:val="24"/>
        </w:rPr>
        <w:br/>
        <w:t>Markel and Associates | September 2023</w:t>
      </w:r>
    </w:p>
    <w:p w14:paraId="4378D967" w14:textId="64CFB376" w:rsidR="00D311C3" w:rsidRPr="004679C3" w:rsidRDefault="00000000">
      <w:pPr>
        <w:rPr>
          <w:sz w:val="24"/>
          <w:szCs w:val="24"/>
        </w:rPr>
      </w:pPr>
      <w:r w:rsidRPr="004679C3">
        <w:rPr>
          <w:sz w:val="12"/>
          <w:szCs w:val="12"/>
        </w:rPr>
        <w:br/>
      </w:r>
      <w:r w:rsidRPr="004679C3">
        <w:rPr>
          <w:sz w:val="24"/>
          <w:szCs w:val="24"/>
        </w:rPr>
        <w:t>- Certificate in Multimedia Design</w:t>
      </w:r>
      <w:r w:rsidRPr="004679C3">
        <w:rPr>
          <w:sz w:val="24"/>
          <w:szCs w:val="24"/>
        </w:rPr>
        <w:br/>
        <w:t>Zepto Technologies | 2013 – 2014</w:t>
      </w:r>
    </w:p>
    <w:p w14:paraId="0E391425" w14:textId="77777777" w:rsidR="00D311C3" w:rsidRDefault="00000000">
      <w:pPr>
        <w:pStyle w:val="Heading1"/>
      </w:pPr>
      <w:r>
        <w:t>Skills</w:t>
      </w:r>
    </w:p>
    <w:p w14:paraId="0B01EEF6" w14:textId="77777777" w:rsidR="004679C3" w:rsidRPr="004679C3" w:rsidRDefault="00000000" w:rsidP="004679C3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4679C3">
        <w:rPr>
          <w:sz w:val="24"/>
          <w:szCs w:val="24"/>
        </w:rPr>
        <w:t>Communication Design: Adobe Creative Suite (Photoshop, Illustrator, InDesign), Video Editing, Logo Development</w:t>
      </w:r>
    </w:p>
    <w:p w14:paraId="16DDA548" w14:textId="77777777" w:rsidR="004679C3" w:rsidRPr="004679C3" w:rsidRDefault="00000000" w:rsidP="004679C3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4679C3">
        <w:rPr>
          <w:sz w:val="24"/>
          <w:szCs w:val="24"/>
        </w:rPr>
        <w:t>Web Development: WordPress, CMS Management, Website Development</w:t>
      </w:r>
    </w:p>
    <w:p w14:paraId="5A9B8B24" w14:textId="1C35C3EA" w:rsidR="004679C3" w:rsidRDefault="00000000" w:rsidP="004679C3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4679C3">
        <w:rPr>
          <w:sz w:val="24"/>
          <w:szCs w:val="24"/>
        </w:rPr>
        <w:t>Outreach &amp; Communication: Digital &amp; Print Marketing, Event Planning, Social Media Strategy</w:t>
      </w:r>
      <w:r w:rsidR="004679C3" w:rsidRPr="004679C3">
        <w:rPr>
          <w:sz w:val="24"/>
          <w:szCs w:val="24"/>
        </w:rPr>
        <w:t>.</w:t>
      </w:r>
    </w:p>
    <w:p w14:paraId="5ADD2C10" w14:textId="49515DAE" w:rsidR="008C2FE6" w:rsidRPr="004679C3" w:rsidRDefault="008C2FE6" w:rsidP="004679C3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8C2FE6">
        <w:rPr>
          <w:sz w:val="24"/>
          <w:szCs w:val="24"/>
        </w:rPr>
        <w:t>Marketing Tools: Brochures, posters, flyers, leaflets, social media graphics</w:t>
      </w:r>
    </w:p>
    <w:p w14:paraId="14C13613" w14:textId="77777777" w:rsidR="004679C3" w:rsidRDefault="00000000" w:rsidP="004679C3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4679C3">
        <w:rPr>
          <w:sz w:val="24"/>
          <w:szCs w:val="24"/>
        </w:rPr>
        <w:t>Project Management: Project Planning, Team Leadership, Client Relationship Management</w:t>
      </w:r>
    </w:p>
    <w:p w14:paraId="592E9294" w14:textId="6A6B2121" w:rsidR="008C2FE6" w:rsidRPr="004679C3" w:rsidRDefault="008C2FE6" w:rsidP="004679C3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8C2FE6">
        <w:rPr>
          <w:sz w:val="24"/>
          <w:szCs w:val="24"/>
        </w:rPr>
        <w:t>Microsoft Office: Proficiency in Word, Excel, PowerPoint</w:t>
      </w:r>
    </w:p>
    <w:p w14:paraId="3EC68D1C" w14:textId="74239969" w:rsidR="00D311C3" w:rsidRPr="004679C3" w:rsidRDefault="00000000" w:rsidP="004679C3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4679C3">
        <w:rPr>
          <w:sz w:val="24"/>
          <w:szCs w:val="24"/>
        </w:rPr>
        <w:t>Languages: Fluent in English, Basic knowledge of French</w:t>
      </w:r>
    </w:p>
    <w:p w14:paraId="62203174" w14:textId="0C73CFAE" w:rsidR="00D311C3" w:rsidRDefault="008C2FE6">
      <w:pPr>
        <w:pStyle w:val="Heading1"/>
      </w:pPr>
      <w:r>
        <w:t>Portfolio</w:t>
      </w:r>
    </w:p>
    <w:p w14:paraId="08161785" w14:textId="64A291E0" w:rsidR="00D311C3" w:rsidRDefault="008C2FE6">
      <w:r w:rsidRPr="008C2FE6">
        <w:t xml:space="preserve">Available at </w:t>
      </w:r>
      <w:hyperlink r:id="rId6" w:history="1">
        <w:r w:rsidRPr="008C2FE6">
          <w:rPr>
            <w:rStyle w:val="Hyperlink"/>
          </w:rPr>
          <w:t>www.folio.nsiah</w:t>
        </w:r>
      </w:hyperlink>
    </w:p>
    <w:p w14:paraId="38CA1E82" w14:textId="77777777" w:rsidR="008C2FE6" w:rsidRDefault="008C2FE6" w:rsidP="008C2FE6">
      <w:pPr>
        <w:pStyle w:val="Heading1"/>
      </w:pPr>
      <w:r>
        <w:t>References</w:t>
      </w:r>
    </w:p>
    <w:p w14:paraId="3D0144E2" w14:textId="77777777" w:rsidR="008C2FE6" w:rsidRDefault="008C2FE6" w:rsidP="008C2FE6">
      <w:r>
        <w:t>Available upon request.</w:t>
      </w:r>
    </w:p>
    <w:p w14:paraId="1D0736B2" w14:textId="77777777" w:rsidR="008C2FE6" w:rsidRDefault="008C2FE6"/>
    <w:sectPr w:rsidR="008C2FE6" w:rsidSect="008C2FE6">
      <w:pgSz w:w="12240" w:h="15840"/>
      <w:pgMar w:top="1440" w:right="1800" w:bottom="27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altName w:val="Georg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4AA1253"/>
    <w:multiLevelType w:val="hybridMultilevel"/>
    <w:tmpl w:val="6D20CD6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20105">
    <w:abstractNumId w:val="8"/>
  </w:num>
  <w:num w:numId="2" w16cid:durableId="773942622">
    <w:abstractNumId w:val="6"/>
  </w:num>
  <w:num w:numId="3" w16cid:durableId="1149784872">
    <w:abstractNumId w:val="5"/>
  </w:num>
  <w:num w:numId="4" w16cid:durableId="1250042567">
    <w:abstractNumId w:val="4"/>
  </w:num>
  <w:num w:numId="5" w16cid:durableId="1153911792">
    <w:abstractNumId w:val="7"/>
  </w:num>
  <w:num w:numId="6" w16cid:durableId="1063261108">
    <w:abstractNumId w:val="3"/>
  </w:num>
  <w:num w:numId="7" w16cid:durableId="698816575">
    <w:abstractNumId w:val="2"/>
  </w:num>
  <w:num w:numId="8" w16cid:durableId="38863312">
    <w:abstractNumId w:val="1"/>
  </w:num>
  <w:num w:numId="9" w16cid:durableId="2143305850">
    <w:abstractNumId w:val="0"/>
  </w:num>
  <w:num w:numId="10" w16cid:durableId="82609508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A0DBC"/>
    <w:rsid w:val="0015074B"/>
    <w:rsid w:val="0029639D"/>
    <w:rsid w:val="00326F90"/>
    <w:rsid w:val="004679C3"/>
    <w:rsid w:val="004723E4"/>
    <w:rsid w:val="008C2FE6"/>
    <w:rsid w:val="00AA1D8D"/>
    <w:rsid w:val="00B47730"/>
    <w:rsid w:val="00CB0664"/>
    <w:rsid w:val="00D311C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605547D6"/>
  <w14:defaultImageDpi w14:val="300"/>
  <w15:docId w15:val="{ED0A42F7-A5FF-44FF-92D6-48D7C2FD9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8C2FE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C2F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www.folio.nsiah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2943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abbass bengai</cp:lastModifiedBy>
  <cp:revision>3</cp:revision>
  <dcterms:created xsi:type="dcterms:W3CDTF">2013-12-23T23:15:00Z</dcterms:created>
  <dcterms:modified xsi:type="dcterms:W3CDTF">2024-10-10T01:26:00Z</dcterms:modified>
  <cp:category/>
</cp:coreProperties>
</file>