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CCFF4" w14:textId="77777777" w:rsidR="00BB2C9E" w:rsidRDefault="00000000">
      <w:pPr>
        <w:jc w:val="center"/>
      </w:pPr>
      <w:r>
        <w:rPr>
          <w:b/>
          <w:sz w:val="40"/>
        </w:rPr>
        <w:t>CEDRIC PANSKY</w:t>
      </w:r>
    </w:p>
    <w:p w14:paraId="5202B2E9" w14:textId="4E29504B" w:rsidR="00BB2C9E" w:rsidRDefault="00000000">
      <w:pPr>
        <w:jc w:val="center"/>
      </w:pPr>
      <w:r>
        <w:rPr>
          <w:sz w:val="22"/>
        </w:rPr>
        <w:t>Senior Software Engineer |</w:t>
      </w:r>
      <w:r w:rsidR="00AB45CD">
        <w:rPr>
          <w:sz w:val="22"/>
        </w:rPr>
        <w:t xml:space="preserve"> West Sacramento, CA</w:t>
      </w:r>
      <w:r>
        <w:rPr>
          <w:sz w:val="22"/>
        </w:rPr>
        <w:t xml:space="preserve"> </w:t>
      </w:r>
    </w:p>
    <w:p w14:paraId="4C966FD5" w14:textId="039E4E05" w:rsidR="00BB2C9E" w:rsidRDefault="00000000">
      <w:pPr>
        <w:jc w:val="center"/>
      </w:pPr>
      <w:r>
        <w:rPr>
          <w:sz w:val="22"/>
        </w:rPr>
        <w:t>Email: smartdev379@gmail.com | LinkedIn: linkedin.com/in/cedric-pansky-</w:t>
      </w:r>
      <w:r w:rsidR="00AB45CD" w:rsidRPr="00AB45CD">
        <w:rPr>
          <w:sz w:val="22"/>
        </w:rPr>
        <w:t>07bab7396</w:t>
      </w:r>
      <w:r>
        <w:rPr>
          <w:sz w:val="22"/>
        </w:rPr>
        <w:t>| GitHub: github.com/</w:t>
      </w:r>
      <w:proofErr w:type="spellStart"/>
      <w:r>
        <w:rPr>
          <w:sz w:val="22"/>
        </w:rPr>
        <w:t>cedric-p</w:t>
      </w:r>
      <w:r w:rsidR="00AB45CD">
        <w:rPr>
          <w:sz w:val="22"/>
        </w:rPr>
        <w:t>dev</w:t>
      </w:r>
      <w:proofErr w:type="spellEnd"/>
      <w:r>
        <w:rPr>
          <w:sz w:val="22"/>
        </w:rPr>
        <w:t xml:space="preserve"> | </w:t>
      </w:r>
      <w:proofErr w:type="spellStart"/>
      <w:r>
        <w:rPr>
          <w:sz w:val="22"/>
        </w:rPr>
        <w:t>cedric.dev</w:t>
      </w:r>
      <w:proofErr w:type="spellEnd"/>
    </w:p>
    <w:p w14:paraId="424D1A64" w14:textId="77777777" w:rsidR="00BB2C9E" w:rsidRDefault="00000000">
      <w:pPr>
        <w:spacing w:before="200" w:after="80"/>
      </w:pPr>
      <w:r>
        <w:rPr>
          <w:b/>
          <w:sz w:val="22"/>
        </w:rPr>
        <w:t>PROFESSIONAL SUMMARY</w:t>
      </w:r>
    </w:p>
    <w:p w14:paraId="22FA4A44" w14:textId="77777777" w:rsidR="00BB2C9E" w:rsidRDefault="00000000">
      <w:r>
        <w:t>Software engineer and technical leader with 15 years of experience, including 6 years driving EdTech innovation. Led cross-functional teams to deliver AI-powered learning platforms, large-scale enterprise solutions, and mobile applications adopted across education and industry. Passionate about mentorship and clean engineering practices, Cedric has guided 20+ junior developers into leadership roles while advancing technology that makes education more intelligent and accessible.</w:t>
      </w:r>
    </w:p>
    <w:p w14:paraId="76FFE7AB" w14:textId="77777777" w:rsidR="00BB2C9E" w:rsidRDefault="00000000">
      <w:pPr>
        <w:spacing w:before="200" w:after="80"/>
      </w:pPr>
      <w:r>
        <w:rPr>
          <w:b/>
          <w:sz w:val="22"/>
        </w:rPr>
        <w:t>PROFESSIONAL EXPERIENCE</w:t>
      </w:r>
    </w:p>
    <w:p w14:paraId="52678A93" w14:textId="77777777" w:rsidR="00BB2C9E" w:rsidRDefault="00000000">
      <w:r>
        <w:rPr>
          <w:b/>
          <w:sz w:val="22"/>
        </w:rPr>
        <w:t>Freelance Consultant &amp; Team Lead — Upwork, WellFound, LinkedIn (Remote)</w:t>
      </w:r>
    </w:p>
    <w:p w14:paraId="693C0231" w14:textId="77777777" w:rsidR="00BB2C9E" w:rsidRDefault="00000000">
      <w:r>
        <w:rPr>
          <w:i/>
        </w:rPr>
        <w:t>Nov 2015 – Present</w:t>
      </w:r>
    </w:p>
    <w:p w14:paraId="3E2CF502" w14:textId="77777777" w:rsidR="00BB2C9E" w:rsidRDefault="00000000">
      <w:pPr>
        <w:pStyle w:val="ListBullet"/>
        <w:spacing w:after="0"/>
      </w:pPr>
      <w:r>
        <w:t>Delivered full-stack development services for international clients across Upwork, Wellfound, and LinkedIn.</w:t>
      </w:r>
    </w:p>
    <w:p w14:paraId="5DC01415" w14:textId="77777777" w:rsidR="00BB2C9E" w:rsidRDefault="00000000">
      <w:pPr>
        <w:pStyle w:val="ListBullet"/>
        <w:spacing w:after="0"/>
      </w:pPr>
      <w:r>
        <w:t>Led distributed teams of developers, designers, DevOps engineers, and data scientists.</w:t>
      </w:r>
    </w:p>
    <w:p w14:paraId="2CCF58F9" w14:textId="77777777" w:rsidR="00BB2C9E" w:rsidRDefault="00000000">
      <w:pPr>
        <w:pStyle w:val="ListBullet"/>
        <w:spacing w:after="0"/>
      </w:pPr>
      <w:r>
        <w:t>Managed full lifecycle development: architecture, deployment, monitoring, and operations.</w:t>
      </w:r>
    </w:p>
    <w:p w14:paraId="29951F27" w14:textId="77777777" w:rsidR="00BB2C9E" w:rsidRDefault="00000000">
      <w:pPr>
        <w:pStyle w:val="ListBullet"/>
        <w:spacing w:after="0"/>
      </w:pPr>
      <w:r>
        <w:t>Directed a remote team to deliver AI-integrated enterprise solutions with agile collaboration.</w:t>
      </w:r>
    </w:p>
    <w:p w14:paraId="58D8D4B6" w14:textId="7A83B6C5" w:rsidR="00BB2C9E" w:rsidRDefault="00000000" w:rsidP="00AB45CD">
      <w:pPr>
        <w:spacing w:before="240"/>
      </w:pPr>
      <w:r>
        <w:rPr>
          <w:b/>
          <w:sz w:val="22"/>
        </w:rPr>
        <w:t xml:space="preserve">Project Consultant — </w:t>
      </w:r>
      <w:r w:rsidR="00AB45CD">
        <w:rPr>
          <w:b/>
          <w:sz w:val="22"/>
        </w:rPr>
        <w:t>AVAAL</w:t>
      </w:r>
      <w:r>
        <w:rPr>
          <w:b/>
          <w:sz w:val="22"/>
        </w:rPr>
        <w:t xml:space="preserve"> —</w:t>
      </w:r>
      <w:r w:rsidR="00AB45CD">
        <w:rPr>
          <w:b/>
          <w:sz w:val="22"/>
        </w:rPr>
        <w:t xml:space="preserve"> Sacramento</w:t>
      </w:r>
      <w:r>
        <w:rPr>
          <w:b/>
          <w:sz w:val="22"/>
        </w:rPr>
        <w:t>, C</w:t>
      </w:r>
      <w:r w:rsidR="00AB45CD">
        <w:rPr>
          <w:b/>
          <w:sz w:val="22"/>
        </w:rPr>
        <w:t>A</w:t>
      </w:r>
      <w:r>
        <w:rPr>
          <w:b/>
          <w:sz w:val="22"/>
        </w:rPr>
        <w:t>, USA</w:t>
      </w:r>
    </w:p>
    <w:p w14:paraId="11653724" w14:textId="77777777" w:rsidR="00BB2C9E" w:rsidRDefault="00000000">
      <w:r>
        <w:rPr>
          <w:i/>
        </w:rPr>
        <w:t>Nov 2023 – Apr 2025</w:t>
      </w:r>
    </w:p>
    <w:p w14:paraId="73011E91" w14:textId="77777777" w:rsidR="00BB2C9E" w:rsidRDefault="00000000">
      <w:pPr>
        <w:pStyle w:val="ListBullet"/>
        <w:spacing w:after="0"/>
      </w:pPr>
      <w:r>
        <w:t>Led design and implementation of an AI-driven coding education platform inspired by Codecademy.</w:t>
      </w:r>
    </w:p>
    <w:p w14:paraId="0CFE8D40" w14:textId="77777777" w:rsidR="00BB2C9E" w:rsidRDefault="00000000">
      <w:pPr>
        <w:pStyle w:val="ListBullet"/>
        <w:spacing w:after="0"/>
      </w:pPr>
      <w:r>
        <w:t>Developed intelligent exercise recommendation system using LLMs and TensorFlow.</w:t>
      </w:r>
    </w:p>
    <w:p w14:paraId="1C7D8B5F" w14:textId="77777777" w:rsidR="00BB2C9E" w:rsidRDefault="00000000">
      <w:pPr>
        <w:pStyle w:val="ListBullet"/>
        <w:spacing w:after="0"/>
      </w:pPr>
      <w:r>
        <w:t>Integrated cloud-based CI/CD pipelines for scalable learner engagement.</w:t>
      </w:r>
    </w:p>
    <w:p w14:paraId="17587B0E" w14:textId="77777777" w:rsidR="00BB2C9E" w:rsidRDefault="00000000">
      <w:pPr>
        <w:pStyle w:val="ListBullet"/>
        <w:spacing w:after="0"/>
      </w:pPr>
      <w:r>
        <w:t>Delivered an MVP within 6 months, helping secure client funding and university partnerships.</w:t>
      </w:r>
    </w:p>
    <w:p w14:paraId="38757CC3" w14:textId="77777777" w:rsidR="00BB2C9E" w:rsidRDefault="00000000" w:rsidP="00AB45CD">
      <w:pPr>
        <w:spacing w:before="240"/>
      </w:pPr>
      <w:r>
        <w:rPr>
          <w:b/>
          <w:sz w:val="22"/>
        </w:rPr>
        <w:t>Tech Director &amp; Mentor — CLEEVIO s.r.o. — Prague, Czechia</w:t>
      </w:r>
    </w:p>
    <w:p w14:paraId="0E4012EB" w14:textId="77777777" w:rsidR="00BB2C9E" w:rsidRDefault="00000000">
      <w:r>
        <w:rPr>
          <w:i/>
        </w:rPr>
        <w:t>Apr 2018 – Sep 2023</w:t>
      </w:r>
    </w:p>
    <w:p w14:paraId="4B227F30" w14:textId="77777777" w:rsidR="00BB2C9E" w:rsidRDefault="00000000">
      <w:pPr>
        <w:pStyle w:val="ListBullet"/>
        <w:spacing w:after="0"/>
      </w:pPr>
      <w:r>
        <w:t>Directed AI-powered EdTech platform development and intelligent learning systems.</w:t>
      </w:r>
    </w:p>
    <w:p w14:paraId="057628A9" w14:textId="77777777" w:rsidR="00BB2C9E" w:rsidRDefault="00000000">
      <w:pPr>
        <w:pStyle w:val="ListBullet"/>
        <w:spacing w:after="0"/>
      </w:pPr>
      <w:r>
        <w:t>Supervised 10+ engineers across frontend, backend, and AI teams.</w:t>
      </w:r>
    </w:p>
    <w:p w14:paraId="2102952B" w14:textId="77777777" w:rsidR="00BB2C9E" w:rsidRDefault="00000000">
      <w:pPr>
        <w:pStyle w:val="ListBullet"/>
        <w:spacing w:after="0"/>
      </w:pPr>
      <w:r>
        <w:t>Collaborated with academic and enterprise partners on R&amp;D initiatives.</w:t>
      </w:r>
    </w:p>
    <w:p w14:paraId="7B2147D1" w14:textId="77777777" w:rsidR="00BB2C9E" w:rsidRDefault="00000000">
      <w:pPr>
        <w:pStyle w:val="ListBullet"/>
        <w:spacing w:after="0"/>
      </w:pPr>
      <w:r>
        <w:t>Mentored junior engineers and established clean coding and DevOps best practices.</w:t>
      </w:r>
    </w:p>
    <w:p w14:paraId="46CD1BC7" w14:textId="77777777" w:rsidR="00BB2C9E" w:rsidRDefault="00000000" w:rsidP="00AB45CD">
      <w:pPr>
        <w:spacing w:before="240"/>
      </w:pPr>
      <w:r>
        <w:rPr>
          <w:b/>
          <w:sz w:val="22"/>
        </w:rPr>
        <w:t>Full Stack Developer / Team Lead — Comerto s.r.o. — Prague, Czechia</w:t>
      </w:r>
    </w:p>
    <w:p w14:paraId="45AF8F10" w14:textId="77777777" w:rsidR="00BB2C9E" w:rsidRDefault="00000000">
      <w:r>
        <w:rPr>
          <w:i/>
        </w:rPr>
        <w:t>Oct 2015 – Feb 2018</w:t>
      </w:r>
    </w:p>
    <w:p w14:paraId="7B10369F" w14:textId="77777777" w:rsidR="00BB2C9E" w:rsidRDefault="00000000">
      <w:pPr>
        <w:pStyle w:val="ListBullet"/>
        <w:spacing w:after="0"/>
      </w:pPr>
      <w:r>
        <w:t>Developed mobile/web applications and e-commerce platforms.</w:t>
      </w:r>
    </w:p>
    <w:p w14:paraId="380C5B7D" w14:textId="77777777" w:rsidR="00BB2C9E" w:rsidRDefault="00000000">
      <w:pPr>
        <w:pStyle w:val="ListBullet"/>
        <w:spacing w:after="0"/>
      </w:pPr>
      <w:r>
        <w:t>Key project: Artisanal Living – native iOS/Android app integrating social and property management features.</w:t>
      </w:r>
    </w:p>
    <w:p w14:paraId="4D1E8946" w14:textId="77777777" w:rsidR="00BB2C9E" w:rsidRDefault="00000000">
      <w:r>
        <w:rPr>
          <w:b/>
          <w:sz w:val="22"/>
        </w:rPr>
        <w:lastRenderedPageBreak/>
        <w:t>Software Developer — SDE Software Solutions — Prague, Czechia</w:t>
      </w:r>
    </w:p>
    <w:p w14:paraId="27852B7B" w14:textId="77777777" w:rsidR="00BB2C9E" w:rsidRDefault="00000000">
      <w:r>
        <w:rPr>
          <w:i/>
        </w:rPr>
        <w:t>Aug 2011 – Sep 2015</w:t>
      </w:r>
    </w:p>
    <w:p w14:paraId="3AE1DA7C" w14:textId="77777777" w:rsidR="00BB2C9E" w:rsidRDefault="00000000">
      <w:pPr>
        <w:pStyle w:val="ListBullet"/>
        <w:spacing w:after="0"/>
      </w:pPr>
      <w:r>
        <w:t>Built secure ERP and CRM systems for manufacturing enterprises.</w:t>
      </w:r>
    </w:p>
    <w:p w14:paraId="0587A7DC" w14:textId="77777777" w:rsidR="00BB2C9E" w:rsidRDefault="00000000">
      <w:pPr>
        <w:pStyle w:val="ListBullet"/>
        <w:spacing w:after="0"/>
      </w:pPr>
      <w:r>
        <w:t>Implemented RESTful APIs and third-party integrations.</w:t>
      </w:r>
    </w:p>
    <w:p w14:paraId="403F4A1C" w14:textId="77777777" w:rsidR="00BB2C9E" w:rsidRDefault="00000000">
      <w:pPr>
        <w:pStyle w:val="ListBullet"/>
        <w:spacing w:after="0"/>
      </w:pPr>
      <w:r>
        <w:t>Collaborated with cross-functional teams for timely and high-quality delivery.</w:t>
      </w:r>
    </w:p>
    <w:p w14:paraId="570AEDEF" w14:textId="77777777" w:rsidR="00BB2C9E" w:rsidRDefault="00000000">
      <w:pPr>
        <w:spacing w:before="200" w:after="80"/>
      </w:pPr>
      <w:r>
        <w:rPr>
          <w:b/>
          <w:sz w:val="22"/>
        </w:rPr>
        <w:t>EDUCATION</w:t>
      </w:r>
    </w:p>
    <w:p w14:paraId="5956DAE4" w14:textId="77777777" w:rsidR="00BB2C9E" w:rsidRDefault="00000000">
      <w:r>
        <w:rPr>
          <w:b/>
        </w:rPr>
        <w:t>M.Sc. in Software Engineering — Brno University of Technology, Brno, Czechia (2005 – 2011)</w:t>
      </w:r>
    </w:p>
    <w:p w14:paraId="74183A56" w14:textId="77777777" w:rsidR="00BB2C9E" w:rsidRDefault="00000000">
      <w:r>
        <w:t>Focus areas: Software Architecture, AI Fundamentals, Intelligent Tutoring Systems</w:t>
      </w:r>
    </w:p>
    <w:p w14:paraId="6082E974" w14:textId="77777777" w:rsidR="00BB2C9E" w:rsidRDefault="00000000">
      <w:pPr>
        <w:spacing w:before="200" w:after="80"/>
      </w:pPr>
      <w:r>
        <w:rPr>
          <w:b/>
          <w:sz w:val="22"/>
        </w:rPr>
        <w:t>TECHNICAL SKILLS</w:t>
      </w:r>
    </w:p>
    <w:p w14:paraId="1942FCDB" w14:textId="77777777" w:rsidR="00BB2C9E" w:rsidRDefault="00000000">
      <w:r>
        <w:t>Programming Languages: Python, JavaScript, SQL</w:t>
      </w:r>
      <w:r>
        <w:br/>
        <w:t>Databases: PostgreSQL, MySQL, MongoDB, SQLite</w:t>
      </w:r>
      <w:r>
        <w:br/>
        <w:t>Data &amp; Machine Learning: Apache Spark, PySpark, Pandas, Scikit-learn, XGBoost, LightGBM, ETL Processes</w:t>
      </w:r>
      <w:r>
        <w:br/>
        <w:t>Data Visualization &amp; BI: Matplotlib, Seaborn, Plotly, Tableau, Power BI, Looker</w:t>
      </w:r>
      <w:r>
        <w:br/>
        <w:t>Web Scraping: Scrapy, BeautifulSoup, Selenium</w:t>
      </w:r>
      <w:r>
        <w:br/>
        <w:t>Project Management: Agile/Scrum, Cross-functional Communication, Requirements Gathering, Documentation</w:t>
      </w:r>
    </w:p>
    <w:p w14:paraId="39EB1EBF" w14:textId="77777777" w:rsidR="00BB2C9E" w:rsidRDefault="00000000">
      <w:pPr>
        <w:spacing w:before="200" w:after="80"/>
      </w:pPr>
      <w:r>
        <w:rPr>
          <w:b/>
          <w:sz w:val="22"/>
        </w:rPr>
        <w:t>CERTIFICATIONS</w:t>
      </w:r>
    </w:p>
    <w:p w14:paraId="0C076047" w14:textId="77777777" w:rsidR="00BB2C9E" w:rsidRDefault="00000000">
      <w:pPr>
        <w:pStyle w:val="ListBullet"/>
        <w:spacing w:after="0"/>
      </w:pPr>
      <w:r>
        <w:t>Oracle Cloud Infrastructure 2024 Generative AI Certified — Oracle (2024)</w:t>
      </w:r>
    </w:p>
    <w:p w14:paraId="120543EF" w14:textId="77777777" w:rsidR="00BB2C9E" w:rsidRDefault="00000000">
      <w:pPr>
        <w:pStyle w:val="ListBullet"/>
        <w:spacing w:after="0"/>
      </w:pPr>
      <w:r>
        <w:t>HCIA-AI V3.5 Certificate — Huawei (2022)</w:t>
      </w:r>
    </w:p>
    <w:p w14:paraId="6F0BEDE1" w14:textId="77777777" w:rsidR="00BB2C9E" w:rsidRDefault="00000000">
      <w:pPr>
        <w:pStyle w:val="ListBullet"/>
        <w:spacing w:after="0"/>
      </w:pPr>
      <w:r>
        <w:t>McKinsey Forward Program — McKinsey &amp; Company (2019)</w:t>
      </w:r>
    </w:p>
    <w:p w14:paraId="37B1CA93" w14:textId="77777777" w:rsidR="00BB2C9E" w:rsidRDefault="00000000">
      <w:pPr>
        <w:pStyle w:val="ListBullet"/>
        <w:spacing w:after="0"/>
      </w:pPr>
      <w:r>
        <w:t>Foundations of Project Management — Google (2019)</w:t>
      </w:r>
    </w:p>
    <w:p w14:paraId="3AB52A5E" w14:textId="77777777" w:rsidR="00BB2C9E" w:rsidRDefault="00000000">
      <w:pPr>
        <w:pStyle w:val="ListBullet"/>
        <w:spacing w:after="0"/>
      </w:pPr>
      <w:r>
        <w:t>English Proficiency (C2) — EF SET (2018)</w:t>
      </w:r>
    </w:p>
    <w:sectPr w:rsidR="00BB2C9E" w:rsidSect="0003461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83864814">
    <w:abstractNumId w:val="8"/>
  </w:num>
  <w:num w:numId="2" w16cid:durableId="552817009">
    <w:abstractNumId w:val="6"/>
  </w:num>
  <w:num w:numId="3" w16cid:durableId="2002656296">
    <w:abstractNumId w:val="5"/>
  </w:num>
  <w:num w:numId="4" w16cid:durableId="762455808">
    <w:abstractNumId w:val="4"/>
  </w:num>
  <w:num w:numId="5" w16cid:durableId="1362365202">
    <w:abstractNumId w:val="7"/>
  </w:num>
  <w:num w:numId="6" w16cid:durableId="81222370">
    <w:abstractNumId w:val="3"/>
  </w:num>
  <w:num w:numId="7" w16cid:durableId="1741094960">
    <w:abstractNumId w:val="2"/>
  </w:num>
  <w:num w:numId="8" w16cid:durableId="886649746">
    <w:abstractNumId w:val="1"/>
  </w:num>
  <w:num w:numId="9" w16cid:durableId="1876498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A7726"/>
    <w:rsid w:val="00AA1D8D"/>
    <w:rsid w:val="00AB45CD"/>
    <w:rsid w:val="00B47730"/>
    <w:rsid w:val="00BB2C9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86D7CF"/>
  <w14:defaultImageDpi w14:val="300"/>
  <w15:docId w15:val="{F4EA1469-A388-4E70-B3F0-5E97A7D15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Peter Jing</cp:lastModifiedBy>
  <cp:revision>2</cp:revision>
  <dcterms:created xsi:type="dcterms:W3CDTF">2013-12-23T23:15:00Z</dcterms:created>
  <dcterms:modified xsi:type="dcterms:W3CDTF">2025-10-29T17:24:00Z</dcterms:modified>
  <cp:category/>
</cp:coreProperties>
</file>