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/>
      </w:pPr>
      <w:r>
        <w:rPr/>
        <w:t>Rustam Mukhamedov</w:t>
      </w:r>
    </w:p>
    <w:p>
      <w:pPr>
        <w:pStyle w:val="Normal"/>
        <w:spacing w:before="0" w:after="0"/>
        <w:rPr/>
      </w:pPr>
      <w:r>
        <w:rPr/>
        <w:t>Senior Frontend Engineer | Remote (GMT+2) | Open to relocation (US/EU)</w:t>
      </w:r>
    </w:p>
    <w:p>
      <w:pPr>
        <w:pStyle w:val="Normal"/>
        <w:spacing w:before="0" w:after="0"/>
        <w:rPr/>
      </w:pPr>
      <w:r>
        <w:rPr/>
        <w:t>Email: liveforblaze@gmail.com | Phone: +382 68 340 926</w:t>
      </w:r>
    </w:p>
    <w:p>
      <w:pPr>
        <w:pStyle w:val="Normal"/>
        <w:spacing w:before="0" w:after="0"/>
        <w:rPr/>
      </w:pPr>
      <w:r>
        <w:rPr/>
        <w:t>LinkedIn: linkedin.com/in/rustam-mukhamedov-739975174 | GitHub: github.com/LiveForBlaze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rPr/>
      </w:pPr>
      <w:r>
        <w:rPr>
          <w:b/>
          <w:color w:val="284696"/>
          <w:sz w:val="24"/>
        </w:rPr>
        <w:t>Professional Summary</w:t>
      </w:r>
    </w:p>
    <w:p>
      <w:pPr>
        <w:pStyle w:val="Normal"/>
        <w:spacing w:before="0" w:after="0"/>
        <w:rPr/>
      </w:pPr>
      <w:r>
        <w:rPr/>
        <w:t>Senior Frontend Engineer with 8+ years of experience building high-performance web applications for global audiences (10K+ users). React and TypeScript expert with production experience in GraphQL, state management (Redux/</w:t>
      </w:r>
      <w:r>
        <w:rPr/>
        <w:t>Effector</w:t>
      </w:r>
      <w:r>
        <w:rPr/>
        <w:t>), and modern tooling (</w:t>
      </w:r>
      <w:r>
        <w:rPr/>
        <w:t>React</w:t>
      </w:r>
      <w:r>
        <w:rPr/>
        <w:t xml:space="preserve">, </w:t>
      </w:r>
      <w:r>
        <w:rPr/>
        <w:t>Vue</w:t>
      </w:r>
      <w:r>
        <w:rPr/>
        <w:t>). Made frontend architecture decisions for long-term maintainability (microfrontends, monorepos, SSR optimizations). Mentored 3+ junior engineers, conducted internal tech talks, and drove adoption of best practices (</w:t>
      </w:r>
      <w:r>
        <w:rPr/>
        <w:t xml:space="preserve">developing, </w:t>
      </w:r>
      <w:r>
        <w:rPr/>
        <w:t>testing). Collaborated with cross-functional teams (UX, PM) to deliver accessible, user-centric solutions. Passionate about cutting-edge frontend technologies, performance optimization, and inclusive design.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rPr/>
      </w:pPr>
      <w:r>
        <w:rPr>
          <w:b/>
          <w:color w:val="284696"/>
          <w:sz w:val="24"/>
        </w:rPr>
        <w:t>Tech Highlights</w:t>
      </w:r>
    </w:p>
    <w:p>
      <w:pPr>
        <w:pStyle w:val="Normal"/>
        <w:spacing w:before="0" w:after="0"/>
        <w:rPr/>
      </w:pPr>
      <w:r>
        <w:rPr/>
        <w:t>- Core: React, TypeScript, Next.js, GraphQL (Apollo)</w:t>
        <w:br/>
        <w:t>- State: Redux, Effector, Zustand</w:t>
        <w:br/>
        <w:t>- UI: MUI, styled-components</w:t>
        <w:br/>
        <w:t>- Performance: Web Vitals, lazy loading, optimization</w:t>
        <w:br/>
        <w:t>- Testing: Jest, RTL, Playwright</w:t>
        <w:br/>
        <w:t>- CI/CD: GitHub Actions, Webpack, Vite</w:t>
        <w:br/>
        <w:t>- Architecture: Modular UI, Micro-frontends, Design Systems</w:t>
        <w:br/>
        <w:t>- Tools: Jira, Figma</w:t>
        <w:br/>
        <w:t>- Soft: Mentoring, Tech Talks, Documentation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rPr/>
      </w:pPr>
      <w:r>
        <w:rPr>
          <w:b/>
          <w:color w:val="284696"/>
          <w:sz w:val="24"/>
        </w:rPr>
        <w:t>Professional Experience</w:t>
      </w:r>
    </w:p>
    <w:p>
      <w:pPr>
        <w:pStyle w:val="Normal"/>
        <w:rPr>
          <w:b/>
          <w:sz w:val="22"/>
        </w:rPr>
      </w:pPr>
      <w:r>
        <w:rPr>
          <w:b/>
          <w:sz w:val="22"/>
        </w:rPr>
        <w:t>Creatopy: Senior Software Engineer (Remote | Sep 2022 – Apr 2025)</w:t>
      </w:r>
    </w:p>
    <w:p>
      <w:pPr>
        <w:pStyle w:val="Normal"/>
        <w:spacing w:before="0" w:after="0"/>
        <w:rPr/>
      </w:pPr>
      <w:r>
        <w:rPr>
          <w:b w:val="false"/>
          <w:bCs w:val="false"/>
          <w:sz w:val="22"/>
        </w:rPr>
        <w:t>-</w:t>
      </w:r>
      <w:r>
        <w:rPr>
          <w:b/>
          <w:sz w:val="22"/>
        </w:rPr>
        <w:t xml:space="preserve"> </w:t>
      </w:r>
      <w:r>
        <w:rPr/>
        <w:t xml:space="preserve">Designed </w:t>
      </w:r>
      <w:r>
        <w:rPr/>
        <w:t>several key features including global layer list,</w:t>
      </w:r>
      <w:r>
        <w:rPr/>
        <w:t xml:space="preserve"> grouping and nested grouping, </w:t>
      </w:r>
      <w:r>
        <w:rPr/>
        <w:t>overlays, widgets (weather, countdown)</w:t>
      </w:r>
      <w:r>
        <w:rPr/>
        <w:t xml:space="preserve"> from concept to delivery.</w:t>
      </w:r>
    </w:p>
    <w:p>
      <w:pPr>
        <w:pStyle w:val="Normal"/>
        <w:spacing w:before="0" w:after="0"/>
        <w:rPr/>
      </w:pPr>
      <w:r>
        <w:rPr/>
        <w:t>- I</w:t>
      </w:r>
      <w:r>
        <w:rPr/>
        <w:t>mproved multi-level UI interactions for global audience coordinating with team members across Europe.</w:t>
      </w:r>
    </w:p>
    <w:p>
      <w:pPr>
        <w:pStyle w:val="Normal"/>
        <w:spacing w:before="0" w:after="0"/>
        <w:rPr/>
      </w:pPr>
      <w:r>
        <w:rPr/>
        <w:t>- Reduced tech debt through utility libraries and modular refactoring.</w:t>
      </w:r>
    </w:p>
    <w:p>
      <w:pPr>
        <w:pStyle w:val="Normal"/>
        <w:spacing w:before="0" w:after="0"/>
        <w:rPr/>
      </w:pPr>
      <w:r>
        <w:rPr/>
        <w:t>- Collaborated with design/product to deliver scalable features.</w:t>
      </w:r>
    </w:p>
    <w:p>
      <w:pPr>
        <w:pStyle w:val="Normal"/>
        <w:spacing w:before="0" w:after="29"/>
        <w:rPr/>
      </w:pPr>
      <w:r>
        <w:rPr/>
      </w:r>
    </w:p>
    <w:p>
      <w:pPr>
        <w:pStyle w:val="Normal"/>
        <w:rPr>
          <w:b/>
          <w:sz w:val="22"/>
        </w:rPr>
      </w:pPr>
      <w:r>
        <w:rPr>
          <w:b/>
          <w:sz w:val="22"/>
        </w:rPr>
        <w:t>EPAM Systems: Senior Software Engineer (Remote | Jun 2021 – Aug 2022)</w:t>
      </w:r>
    </w:p>
    <w:p>
      <w:pPr>
        <w:pStyle w:val="Normal"/>
        <w:spacing w:before="0" w:after="0"/>
        <w:rPr/>
      </w:pPr>
      <w:r>
        <w:rPr>
          <w:b w:val="false"/>
          <w:bCs w:val="false"/>
          <w:color w:val="000000"/>
          <w:sz w:val="22"/>
        </w:rPr>
        <w:t>-</w:t>
      </w:r>
      <w:r>
        <w:rPr>
          <w:b/>
          <w:sz w:val="22"/>
        </w:rPr>
        <w:t xml:space="preserve"> </w:t>
      </w:r>
      <w:r>
        <w:rPr/>
        <w:t>Integrated Effector for scalable state logic; reduced boilerplate.</w:t>
      </w:r>
    </w:p>
    <w:p>
      <w:pPr>
        <w:pStyle w:val="Normal"/>
        <w:spacing w:before="0" w:after="0"/>
        <w:rPr/>
      </w:pPr>
      <w:r>
        <w:rPr/>
        <w:t>- Led UI redesign with improved usability and aesthetics.</w:t>
      </w:r>
    </w:p>
    <w:p>
      <w:pPr>
        <w:pStyle w:val="Normal"/>
        <w:spacing w:before="0" w:after="0"/>
        <w:rPr/>
      </w:pPr>
      <w:r>
        <w:rPr/>
        <w:t>- Mentored devs, gave internal tech talks, improved testing practices.</w:t>
      </w:r>
    </w:p>
    <w:p>
      <w:pPr>
        <w:pStyle w:val="Normal"/>
        <w:spacing w:before="0" w:after="29"/>
        <w:rPr/>
      </w:pPr>
      <w:r>
        <w:rPr/>
      </w:r>
    </w:p>
    <w:p>
      <w:pPr>
        <w:pStyle w:val="Normal"/>
        <w:rPr>
          <w:b/>
          <w:sz w:val="22"/>
        </w:rPr>
      </w:pPr>
      <w:r>
        <w:rPr>
          <w:b/>
          <w:sz w:val="22"/>
        </w:rPr>
        <w:t>StecPoint: Frontend Developer (Oct 2019 – Jun 2021)</w:t>
      </w:r>
    </w:p>
    <w:p>
      <w:pPr>
        <w:pStyle w:val="Normal"/>
        <w:spacing w:before="0" w:after="0"/>
        <w:rPr/>
      </w:pPr>
      <w:r>
        <w:rPr>
          <w:b w:val="false"/>
          <w:bCs w:val="false"/>
          <w:color w:val="000000"/>
          <w:sz w:val="22"/>
        </w:rPr>
        <w:t xml:space="preserve">- </w:t>
      </w:r>
      <w:r>
        <w:rPr/>
        <w:t>Migrated legacy Redux codebase to Effector.</w:t>
      </w:r>
    </w:p>
    <w:p>
      <w:pPr>
        <w:pStyle w:val="Normal"/>
        <w:spacing w:before="0" w:after="0"/>
        <w:rPr/>
      </w:pPr>
      <w:r>
        <w:rPr/>
        <w:t>- Delivered WCAG 2.1-compliant UI redesign.</w:t>
      </w:r>
    </w:p>
    <w:p>
      <w:pPr>
        <w:pStyle w:val="Normal"/>
        <w:spacing w:before="0" w:after="0"/>
        <w:rPr/>
      </w:pPr>
      <w:r>
        <w:rPr/>
        <w:t>- Reviewed code and promoted frontend standards.</w:t>
      </w:r>
    </w:p>
    <w:p>
      <w:pPr>
        <w:pStyle w:val="Normal"/>
        <w:spacing w:before="0" w:after="29"/>
        <w:rPr/>
      </w:pPr>
      <w:r>
        <w:rPr/>
      </w:r>
    </w:p>
    <w:p>
      <w:pPr>
        <w:pStyle w:val="Normal"/>
        <w:rPr>
          <w:b/>
          <w:sz w:val="22"/>
        </w:rPr>
      </w:pPr>
      <w:r>
        <w:rPr>
          <w:b/>
          <w:sz w:val="22"/>
        </w:rPr>
        <w:t>Penxy: Frontend Engineer (Oct 2018 – Nov 2019)</w:t>
      </w:r>
    </w:p>
    <w:p>
      <w:pPr>
        <w:pStyle w:val="Normal"/>
        <w:spacing w:before="0" w:after="0"/>
        <w:rPr/>
      </w:pPr>
      <w:r>
        <w:rPr>
          <w:b w:val="false"/>
          <w:bCs w:val="false"/>
          <w:color w:val="000000"/>
          <w:sz w:val="22"/>
        </w:rPr>
        <w:t xml:space="preserve">- </w:t>
      </w:r>
      <w:r>
        <w:rPr/>
        <w:t>Built live monitoring system for event recording.</w:t>
      </w:r>
    </w:p>
    <w:p>
      <w:pPr>
        <w:pStyle w:val="Normal"/>
        <w:spacing w:before="0" w:after="0"/>
        <w:rPr/>
      </w:pPr>
      <w:r>
        <w:rPr/>
        <w:t>- Developed template-based website generator.</w:t>
      </w:r>
    </w:p>
    <w:p>
      <w:pPr>
        <w:pStyle w:val="Normal"/>
        <w:spacing w:before="0" w:after="29"/>
        <w:rPr/>
      </w:pPr>
      <w:r>
        <w:rPr/>
      </w:r>
    </w:p>
    <w:p>
      <w:pPr>
        <w:pStyle w:val="Normal"/>
        <w:rPr>
          <w:b/>
          <w:sz w:val="22"/>
        </w:rPr>
      </w:pPr>
      <w:r>
        <w:rPr>
          <w:b/>
          <w:sz w:val="22"/>
        </w:rPr>
        <w:t>Cryptocean: Full-Stack Developer (Apr 2018 – Oct 2018)</w:t>
      </w:r>
    </w:p>
    <w:p>
      <w:pPr>
        <w:pStyle w:val="Normal"/>
        <w:spacing w:before="0" w:after="0"/>
        <w:rPr/>
      </w:pPr>
      <w:r>
        <w:rPr>
          <w:b/>
          <w:sz w:val="22"/>
        </w:rPr>
        <w:t xml:space="preserve">- </w:t>
      </w:r>
      <w:r>
        <w:rPr/>
        <w:t xml:space="preserve">Created </w:t>
      </w:r>
      <w:r>
        <w:rPr/>
        <w:t>key features: creating encrypted data containers and</w:t>
      </w:r>
      <w:r>
        <w:rPr/>
        <w:t xml:space="preserve"> blockchain-based </w:t>
      </w:r>
      <w:r>
        <w:rPr/>
        <w:t>verification process.</w:t>
      </w:r>
    </w:p>
    <w:p>
      <w:pPr>
        <w:pStyle w:val="Normal"/>
        <w:spacing w:before="0" w:after="0"/>
        <w:rPr/>
      </w:pPr>
      <w:r>
        <w:rPr/>
        <w:t>- I</w:t>
      </w:r>
      <w:r>
        <w:rPr/>
        <w:t>mplemented linter rules, encryption, and API integration.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rPr>
          <w:b/>
          <w:color w:val="284696"/>
          <w:sz w:val="24"/>
        </w:rPr>
      </w:pPr>
      <w:r>
        <w:rPr>
          <w:b/>
          <w:color w:val="284696"/>
          <w:sz w:val="24"/>
        </w:rPr>
        <w:t>Key Projects</w:t>
      </w:r>
    </w:p>
    <w:p>
      <w:pPr>
        <w:pStyle w:val="Normal"/>
        <w:spacing w:before="0" w:after="0"/>
        <w:rPr/>
      </w:pPr>
      <w:r>
        <w:rPr>
          <w:b w:val="false"/>
          <w:bCs w:val="false"/>
          <w:color w:val="000000"/>
          <w:sz w:val="22"/>
          <w:szCs w:val="22"/>
        </w:rPr>
        <w:t xml:space="preserve">- </w:t>
      </w:r>
      <w:r>
        <w:rPr/>
        <w:t>D</w:t>
      </w:r>
      <w:r>
        <w:rPr/>
        <w:t>ota2 Invoker Trainer — Android App (400K+ downloads). Built in Java, with two game modes and full UI/UX design.</w:t>
      </w:r>
    </w:p>
    <w:p>
      <w:pPr>
        <w:pStyle w:val="Normal"/>
        <w:spacing w:before="0" w:after="0"/>
        <w:rPr/>
      </w:pPr>
      <w:r>
        <w:rPr/>
        <w:t xml:space="preserve">- </w:t>
      </w:r>
      <w:r>
        <w:rPr>
          <w:color w:val="000000"/>
          <w:sz w:val="22"/>
          <w:u w:val="none"/>
        </w:rPr>
        <w:t xml:space="preserve">react-time-tools — React hook library </w:t>
      </w:r>
      <w:r>
        <w:rPr>
          <w:color w:val="000000"/>
          <w:sz w:val="22"/>
          <w:u w:val="none"/>
        </w:rPr>
        <w:t>published on NPM</w:t>
      </w:r>
      <w:r>
        <w:rPr>
          <w:color w:val="000000"/>
          <w:sz w:val="22"/>
          <w:u w:val="none"/>
        </w:rPr>
        <w:t xml:space="preserve"> for time management (countdown, stopwatch, scheduling, simulation). Includes full TypeScript coverage, examples, and documentation. npmjs.com/package/react-time-tools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29"/>
        <w:rPr>
          <w:b/>
          <w:color w:val="284696"/>
          <w:sz w:val="24"/>
        </w:rPr>
      </w:pPr>
      <w:r>
        <w:rPr>
          <w:b/>
          <w:color w:val="284696"/>
          <w:sz w:val="24"/>
        </w:rPr>
        <w:t>Speaking &amp; Teaching</w:t>
      </w:r>
    </w:p>
    <w:p>
      <w:pPr>
        <w:pStyle w:val="Normal"/>
        <w:spacing w:before="0" w:after="0"/>
        <w:rPr/>
      </w:pPr>
      <w:r>
        <w:rPr>
          <w:b w:val="false"/>
          <w:bCs w:val="false"/>
          <w:color w:val="000000"/>
          <w:sz w:val="22"/>
          <w:szCs w:val="22"/>
        </w:rPr>
        <w:t xml:space="preserve">- </w:t>
      </w:r>
      <w:r>
        <w:rPr/>
        <w:t>Speaker at meetups in Saint Petersburg &amp; Kazan. Topics: Modern State Management with Effector, Redux Migration.</w:t>
      </w:r>
    </w:p>
    <w:p>
      <w:pPr>
        <w:pStyle w:val="Normal"/>
        <w:spacing w:before="0" w:after="0"/>
        <w:rPr/>
      </w:pPr>
      <w:r>
        <w:rPr>
          <w:color w:val="000000"/>
        </w:rPr>
        <w:t>-</w:t>
      </w:r>
      <w:r>
        <w:rPr/>
        <w:t xml:space="preserve"> Instructor at IT Camp 'Baitik' — taught React, JS, Vue.</w:t>
      </w:r>
    </w:p>
    <w:p>
      <w:pPr>
        <w:pStyle w:val="Normal"/>
        <w:spacing w:before="0" w:after="29"/>
        <w:rPr/>
      </w:pPr>
      <w:r>
        <w:rPr/>
      </w:r>
    </w:p>
    <w:p>
      <w:pPr>
        <w:pStyle w:val="Normal"/>
        <w:rPr>
          <w:b/>
          <w:color w:val="284696"/>
          <w:sz w:val="24"/>
        </w:rPr>
      </w:pPr>
      <w:r>
        <w:rPr>
          <w:b/>
          <w:color w:val="284696"/>
          <w:sz w:val="24"/>
        </w:rPr>
        <w:t>Education</w:t>
      </w:r>
    </w:p>
    <w:p>
      <w:pPr>
        <w:pStyle w:val="Normal"/>
        <w:spacing w:before="0" w:after="0"/>
        <w:rPr/>
      </w:pPr>
      <w:r>
        <w:rPr>
          <w:b w:val="false"/>
          <w:bCs w:val="false"/>
          <w:color w:val="000000"/>
          <w:sz w:val="22"/>
          <w:szCs w:val="22"/>
        </w:rPr>
        <w:t xml:space="preserve">- </w:t>
      </w:r>
      <w:r>
        <w:rPr>
          <w:b w:val="false"/>
          <w:bCs w:val="false"/>
          <w:sz w:val="22"/>
          <w:szCs w:val="22"/>
        </w:rPr>
        <w:t>E</w:t>
      </w:r>
      <w:r>
        <w:rPr/>
        <w:t>ngineer’s Degree, Avionics Maintenance – KAI (2003–2009</w:t>
      </w:r>
      <w:r>
        <w:rPr/>
        <w:t>).</w:t>
      </w:r>
    </w:p>
    <w:p>
      <w:pPr>
        <w:pStyle w:val="Normal"/>
        <w:spacing w:before="0" w:after="0"/>
        <w:rPr/>
      </w:pPr>
      <w:r>
        <w:rPr/>
        <w:t>- Engineer’s Degree, Translation &amp; Linguistics – KAI (2011–2015).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rPr>
          <w:b/>
          <w:color w:val="284696"/>
          <w:sz w:val="24"/>
        </w:rPr>
      </w:pPr>
      <w:r>
        <w:rPr>
          <w:b/>
          <w:color w:val="284696"/>
          <w:sz w:val="24"/>
        </w:rPr>
        <w:t>Languages</w:t>
      </w:r>
    </w:p>
    <w:p>
      <w:pPr>
        <w:pStyle w:val="Normal"/>
        <w:spacing w:before="0" w:after="0"/>
        <w:rPr/>
      </w:pPr>
      <w:r>
        <w:rPr>
          <w:b w:val="false"/>
          <w:bCs w:val="false"/>
          <w:color w:val="000000"/>
          <w:sz w:val="22"/>
          <w:szCs w:val="22"/>
        </w:rPr>
        <w:t xml:space="preserve">- </w:t>
      </w:r>
      <w:r>
        <w:rPr/>
        <w:t>Russian — Native</w:t>
      </w:r>
    </w:p>
    <w:p>
      <w:pPr>
        <w:pStyle w:val="Normal"/>
        <w:spacing w:before="0" w:after="0"/>
        <w:rPr/>
      </w:pPr>
      <w:r>
        <w:rPr/>
        <w:t>- English — Fluent (C1)</w:t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urier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90"/>
  <w:defaultTabStop w:val="720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e618bf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character" w:styleId="TitleChar" w:customStyle="1">
    <w:name w:val="Title Char"/>
    <w:basedOn w:val="DefaultParagraphFont"/>
    <w:link w:val="Title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themeShade="7f" w:val="243F60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Text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1375</TotalTime>
  <Application>LibreOffice/25.2.2.2$MacOSX_AARCH64 LibreOffice_project/7370d4be9e3cf6031a51beef54ff3bda878e3fac</Application>
  <AppVersion>15.0000</AppVersion>
  <Pages>2</Pages>
  <Words>441</Words>
  <Characters>2929</Characters>
  <CharactersWithSpaces>3340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en-US</dc:language>
  <cp:lastModifiedBy/>
  <dcterms:modified xsi:type="dcterms:W3CDTF">2025-05-08T12:42:32Z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